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5A17" w14:textId="15D4EEE1" w:rsidR="00E073FC" w:rsidRDefault="00000000">
      <w:pPr>
        <w:pStyle w:val="Nadpis1"/>
        <w:jc w:val="center"/>
      </w:pPr>
      <w:r>
        <w:t>ŽÁDOST O UVOLNĚNÍ ŽÁKA/</w:t>
      </w:r>
      <w:r w:rsidR="001D7FDB">
        <w:t>Ž</w:t>
      </w:r>
      <w:r>
        <w:t>ÁKYNĚ Z VYUČOVÁNÍ (více než 3 dny)</w:t>
      </w:r>
    </w:p>
    <w:p w14:paraId="2FBCF787" w14:textId="77777777" w:rsidR="00E073FC" w:rsidRDefault="00000000" w:rsidP="00A93451">
      <w:pPr>
        <w:pStyle w:val="Bezmezer"/>
      </w:pPr>
      <w:r>
        <w:br/>
        <w:t>Zákonný zástupce: _________________________________________________</w:t>
      </w:r>
    </w:p>
    <w:p w14:paraId="7F70C158" w14:textId="77777777" w:rsidR="00E073FC" w:rsidRDefault="00000000" w:rsidP="00A93451">
      <w:pPr>
        <w:pStyle w:val="Bezmezer"/>
      </w:pPr>
      <w:r>
        <w:t>Adresa: _____________________________________________________________</w:t>
      </w:r>
    </w:p>
    <w:p w14:paraId="6105137A" w14:textId="77777777" w:rsidR="00A93451" w:rsidRDefault="00000000" w:rsidP="00A93451">
      <w:pPr>
        <w:pStyle w:val="Bezmezer"/>
      </w:pPr>
      <w:proofErr w:type="spellStart"/>
      <w:r>
        <w:t>Telefon</w:t>
      </w:r>
      <w:proofErr w:type="spellEnd"/>
      <w:r>
        <w:t xml:space="preserve"> / e-mail: _________________________________________________</w:t>
      </w:r>
    </w:p>
    <w:p w14:paraId="21236088" w14:textId="7DAFEC31" w:rsidR="00E073FC" w:rsidRDefault="00000000" w:rsidP="00A93451">
      <w:pPr>
        <w:pStyle w:val="Bezmezer"/>
      </w:pPr>
      <w:r>
        <w:br/>
      </w:r>
      <w:proofErr w:type="spellStart"/>
      <w:r>
        <w:t>Žádám</w:t>
      </w:r>
      <w:proofErr w:type="spellEnd"/>
      <w:r>
        <w:t xml:space="preserve"> o </w:t>
      </w:r>
      <w:proofErr w:type="spellStart"/>
      <w:r>
        <w:t>uvolnění</w:t>
      </w:r>
      <w:proofErr w:type="spellEnd"/>
      <w:r>
        <w:t xml:space="preserve"> svého syna / své dcery:</w:t>
      </w:r>
    </w:p>
    <w:p w14:paraId="653B13AD" w14:textId="77777777" w:rsidR="00E073FC" w:rsidRDefault="00000000" w:rsidP="00A93451">
      <w:pPr>
        <w:pStyle w:val="Bezmezer"/>
      </w:pPr>
      <w:r>
        <w:t>Jméno a příjmení žáka/žákyně: _______________________________________</w:t>
      </w:r>
    </w:p>
    <w:p w14:paraId="266EBE9F" w14:textId="77777777" w:rsidR="00E073FC" w:rsidRDefault="00000000" w:rsidP="00A93451">
      <w:pPr>
        <w:pStyle w:val="Bezmezer"/>
      </w:pPr>
      <w:r>
        <w:t>Třída: ___________________</w:t>
      </w:r>
    </w:p>
    <w:p w14:paraId="0193AD63" w14:textId="77777777" w:rsidR="00E073FC" w:rsidRDefault="00000000" w:rsidP="00A93451">
      <w:pPr>
        <w:pStyle w:val="Bezmezer"/>
      </w:pPr>
      <w:r>
        <w:br/>
        <w:t>z vyučování ve dnech:</w:t>
      </w:r>
    </w:p>
    <w:p w14:paraId="196F575B" w14:textId="77777777" w:rsidR="00E073FC" w:rsidRDefault="00000000" w:rsidP="00A93451">
      <w:pPr>
        <w:pStyle w:val="Bezmezer"/>
      </w:pPr>
      <w:r>
        <w:t>Od: ___________________     Do: ___________________</w:t>
      </w:r>
    </w:p>
    <w:p w14:paraId="5F76EDDD" w14:textId="77777777" w:rsidR="00E073FC" w:rsidRDefault="00000000" w:rsidP="00A93451">
      <w:pPr>
        <w:pStyle w:val="Bezmezer"/>
      </w:pPr>
      <w:r>
        <w:br/>
        <w:t>Důvod žádosti:</w:t>
      </w:r>
    </w:p>
    <w:p w14:paraId="70901847" w14:textId="77777777" w:rsidR="00E073FC" w:rsidRDefault="00000000" w:rsidP="00A93451">
      <w:pPr>
        <w:pStyle w:val="Bezmezer"/>
      </w:pPr>
      <w:r>
        <w:t>_____________________________________________________________________</w:t>
      </w:r>
    </w:p>
    <w:p w14:paraId="63004DFB" w14:textId="77777777" w:rsidR="00E073FC" w:rsidRDefault="00000000" w:rsidP="00A93451">
      <w:pPr>
        <w:pStyle w:val="Bezmezer"/>
      </w:pPr>
      <w:r>
        <w:t>_____________________________________________________________________</w:t>
      </w:r>
    </w:p>
    <w:p w14:paraId="1DBC8F7F" w14:textId="77777777" w:rsidR="00E073FC" w:rsidRDefault="00000000" w:rsidP="00A93451">
      <w:pPr>
        <w:pStyle w:val="Bezmezer"/>
      </w:pPr>
      <w:r>
        <w:t>_____________________________________________________________________</w:t>
      </w:r>
    </w:p>
    <w:p w14:paraId="65D9B188" w14:textId="77777777" w:rsidR="00E073FC" w:rsidRDefault="00000000" w:rsidP="00A93451">
      <w:pPr>
        <w:pStyle w:val="Bezmezer"/>
      </w:pPr>
      <w:r>
        <w:br/>
        <w:t>Prohlašuji, že zajistím doplnění zameškaného učiva.</w:t>
      </w:r>
    </w:p>
    <w:p w14:paraId="6B7CA9A9" w14:textId="77777777" w:rsidR="00E073FC" w:rsidRDefault="00000000" w:rsidP="00A93451">
      <w:pPr>
        <w:pStyle w:val="Bezmezer"/>
      </w:pPr>
      <w:r>
        <w:br/>
        <w:t>Datum: ___________________</w:t>
      </w:r>
    </w:p>
    <w:p w14:paraId="2885B0E2" w14:textId="77777777" w:rsidR="00E073FC" w:rsidRDefault="00000000" w:rsidP="00A93451">
      <w:pPr>
        <w:pStyle w:val="Bezmezer"/>
      </w:pPr>
      <w:r>
        <w:t>Podpis zákonného zástupce: _________________________________</w:t>
      </w:r>
    </w:p>
    <w:p w14:paraId="2BDF8493" w14:textId="77777777" w:rsidR="00E073FC" w:rsidRDefault="00000000" w:rsidP="00A93451">
      <w:pPr>
        <w:pStyle w:val="Bezmezer"/>
      </w:pPr>
      <w:r>
        <w:br/>
      </w:r>
      <w:r>
        <w:br/>
        <w:t>Vyjádření třídního učitele:</w:t>
      </w:r>
    </w:p>
    <w:p w14:paraId="38EDD744" w14:textId="77777777" w:rsidR="00E073FC" w:rsidRPr="00A93451" w:rsidRDefault="00000000" w:rsidP="00A93451">
      <w:pPr>
        <w:pStyle w:val="Bezmezer"/>
        <w:rPr>
          <w:lang w:val="pl-PL"/>
        </w:rPr>
      </w:pPr>
      <w:proofErr w:type="spellStart"/>
      <w:r w:rsidRPr="00A93451">
        <w:rPr>
          <w:lang w:val="pl-PL"/>
        </w:rPr>
        <w:t>Doporučuji</w:t>
      </w:r>
      <w:proofErr w:type="spellEnd"/>
      <w:r w:rsidRPr="00A93451">
        <w:rPr>
          <w:lang w:val="pl-PL"/>
        </w:rPr>
        <w:t xml:space="preserve"> / </w:t>
      </w:r>
      <w:proofErr w:type="spellStart"/>
      <w:r w:rsidRPr="00A93451">
        <w:rPr>
          <w:lang w:val="pl-PL"/>
        </w:rPr>
        <w:t>Nedoporučuji</w:t>
      </w:r>
      <w:proofErr w:type="spellEnd"/>
      <w:r w:rsidRPr="00A93451">
        <w:rPr>
          <w:lang w:val="pl-PL"/>
        </w:rPr>
        <w:t xml:space="preserve"> </w:t>
      </w:r>
      <w:proofErr w:type="spellStart"/>
      <w:r w:rsidRPr="00A93451">
        <w:rPr>
          <w:lang w:val="pl-PL"/>
        </w:rPr>
        <w:t>uvolnění</w:t>
      </w:r>
      <w:proofErr w:type="spellEnd"/>
      <w:r w:rsidRPr="00A93451">
        <w:rPr>
          <w:lang w:val="pl-PL"/>
        </w:rPr>
        <w:t>.</w:t>
      </w:r>
    </w:p>
    <w:p w14:paraId="176819B5" w14:textId="77777777" w:rsidR="00E073FC" w:rsidRPr="00A93451" w:rsidRDefault="00000000" w:rsidP="00A93451">
      <w:pPr>
        <w:pStyle w:val="Bezmezer"/>
        <w:rPr>
          <w:lang w:val="pl-PL"/>
        </w:rPr>
      </w:pPr>
      <w:proofErr w:type="spellStart"/>
      <w:r w:rsidRPr="00A93451">
        <w:rPr>
          <w:lang w:val="pl-PL"/>
        </w:rPr>
        <w:t>Datum</w:t>
      </w:r>
      <w:proofErr w:type="spellEnd"/>
      <w:r w:rsidRPr="00A93451">
        <w:rPr>
          <w:lang w:val="pl-PL"/>
        </w:rPr>
        <w:t>: ___________________     Podpis: ____________________________</w:t>
      </w:r>
    </w:p>
    <w:p w14:paraId="0FAEEB9B" w14:textId="77777777" w:rsidR="00E073FC" w:rsidRPr="00A93451" w:rsidRDefault="00000000" w:rsidP="00A93451">
      <w:pPr>
        <w:pStyle w:val="Bezmezer"/>
        <w:rPr>
          <w:lang w:val="pl-PL"/>
        </w:rPr>
      </w:pPr>
      <w:r w:rsidRPr="00A93451">
        <w:rPr>
          <w:lang w:val="pl-PL"/>
        </w:rPr>
        <w:br/>
      </w:r>
      <w:proofErr w:type="spellStart"/>
      <w:r w:rsidRPr="00A93451">
        <w:rPr>
          <w:lang w:val="pl-PL"/>
        </w:rPr>
        <w:t>Rozhodnutí</w:t>
      </w:r>
      <w:proofErr w:type="spellEnd"/>
      <w:r w:rsidRPr="00A93451">
        <w:rPr>
          <w:lang w:val="pl-PL"/>
        </w:rPr>
        <w:t xml:space="preserve"> </w:t>
      </w:r>
      <w:proofErr w:type="spellStart"/>
      <w:r w:rsidRPr="00A93451">
        <w:rPr>
          <w:lang w:val="pl-PL"/>
        </w:rPr>
        <w:t>ředitelky</w:t>
      </w:r>
      <w:proofErr w:type="spellEnd"/>
      <w:r w:rsidRPr="00A93451">
        <w:rPr>
          <w:lang w:val="pl-PL"/>
        </w:rPr>
        <w:t>/</w:t>
      </w:r>
      <w:proofErr w:type="spellStart"/>
      <w:r w:rsidRPr="00A93451">
        <w:rPr>
          <w:lang w:val="pl-PL"/>
        </w:rPr>
        <w:t>ředitele</w:t>
      </w:r>
      <w:proofErr w:type="spellEnd"/>
      <w:r w:rsidRPr="00A93451">
        <w:rPr>
          <w:lang w:val="pl-PL"/>
        </w:rPr>
        <w:t xml:space="preserve"> </w:t>
      </w:r>
      <w:proofErr w:type="spellStart"/>
      <w:r w:rsidRPr="00A93451">
        <w:rPr>
          <w:lang w:val="pl-PL"/>
        </w:rPr>
        <w:t>školy</w:t>
      </w:r>
      <w:proofErr w:type="spellEnd"/>
      <w:r w:rsidRPr="00A93451">
        <w:rPr>
          <w:lang w:val="pl-PL"/>
        </w:rPr>
        <w:t>:</w:t>
      </w:r>
    </w:p>
    <w:p w14:paraId="44914B49" w14:textId="77777777" w:rsidR="00E073FC" w:rsidRPr="00A93451" w:rsidRDefault="00000000" w:rsidP="00A93451">
      <w:pPr>
        <w:pStyle w:val="Bezmezer"/>
        <w:rPr>
          <w:lang w:val="pl-PL"/>
        </w:rPr>
      </w:pPr>
      <w:proofErr w:type="spellStart"/>
      <w:r w:rsidRPr="00A93451">
        <w:rPr>
          <w:lang w:val="pl-PL"/>
        </w:rPr>
        <w:t>Schvaluji</w:t>
      </w:r>
      <w:proofErr w:type="spellEnd"/>
      <w:r w:rsidRPr="00A93451">
        <w:rPr>
          <w:lang w:val="pl-PL"/>
        </w:rPr>
        <w:t xml:space="preserve"> / </w:t>
      </w:r>
      <w:proofErr w:type="spellStart"/>
      <w:r w:rsidRPr="00A93451">
        <w:rPr>
          <w:lang w:val="pl-PL"/>
        </w:rPr>
        <w:t>Neschvaluji</w:t>
      </w:r>
      <w:proofErr w:type="spellEnd"/>
      <w:r w:rsidRPr="00A93451">
        <w:rPr>
          <w:lang w:val="pl-PL"/>
        </w:rPr>
        <w:t xml:space="preserve"> </w:t>
      </w:r>
      <w:proofErr w:type="spellStart"/>
      <w:r w:rsidRPr="00A93451">
        <w:rPr>
          <w:lang w:val="pl-PL"/>
        </w:rPr>
        <w:t>uvolnění</w:t>
      </w:r>
      <w:proofErr w:type="spellEnd"/>
      <w:r w:rsidRPr="00A93451">
        <w:rPr>
          <w:lang w:val="pl-PL"/>
        </w:rPr>
        <w:t>.</w:t>
      </w:r>
    </w:p>
    <w:p w14:paraId="15020F48" w14:textId="77777777" w:rsidR="00E073FC" w:rsidRDefault="00000000" w:rsidP="00A93451">
      <w:pPr>
        <w:pStyle w:val="Bezmezer"/>
      </w:pPr>
      <w:r>
        <w:t xml:space="preserve">Datum: ___________________     </w:t>
      </w:r>
      <w:proofErr w:type="spellStart"/>
      <w:r>
        <w:t>Podpis</w:t>
      </w:r>
      <w:proofErr w:type="spellEnd"/>
      <w:r>
        <w:t>: ____________________________</w:t>
      </w:r>
    </w:p>
    <w:sectPr w:rsidR="00E073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06573">
    <w:abstractNumId w:val="8"/>
  </w:num>
  <w:num w:numId="2" w16cid:durableId="1460027278">
    <w:abstractNumId w:val="6"/>
  </w:num>
  <w:num w:numId="3" w16cid:durableId="75978726">
    <w:abstractNumId w:val="5"/>
  </w:num>
  <w:num w:numId="4" w16cid:durableId="1100486877">
    <w:abstractNumId w:val="4"/>
  </w:num>
  <w:num w:numId="5" w16cid:durableId="1704089015">
    <w:abstractNumId w:val="7"/>
  </w:num>
  <w:num w:numId="6" w16cid:durableId="1039281536">
    <w:abstractNumId w:val="3"/>
  </w:num>
  <w:num w:numId="7" w16cid:durableId="741290571">
    <w:abstractNumId w:val="2"/>
  </w:num>
  <w:num w:numId="8" w16cid:durableId="877090787">
    <w:abstractNumId w:val="1"/>
  </w:num>
  <w:num w:numId="9" w16cid:durableId="186115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7FDB"/>
    <w:rsid w:val="0029639D"/>
    <w:rsid w:val="00326F90"/>
    <w:rsid w:val="006F45F6"/>
    <w:rsid w:val="00A93451"/>
    <w:rsid w:val="00AA1D8D"/>
    <w:rsid w:val="00B47730"/>
    <w:rsid w:val="00CB0664"/>
    <w:rsid w:val="00E073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46CF6"/>
  <w14:defaultImageDpi w14:val="300"/>
  <w15:docId w15:val="{C4F67D18-FFAE-4BC0-828E-6E494EE0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Novotná</cp:lastModifiedBy>
  <cp:revision>2</cp:revision>
  <dcterms:created xsi:type="dcterms:W3CDTF">2026-02-19T08:47:00Z</dcterms:created>
  <dcterms:modified xsi:type="dcterms:W3CDTF">2026-02-19T08:47:00Z</dcterms:modified>
  <cp:category/>
</cp:coreProperties>
</file>